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שימוש נבון ב-AI בעבודות לימודיות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היעזרות אחראית ב-AI לבין העתקה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רפלקציה על תהליך העבודה ולא רק על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משוב מועיל ושקיפות בשימוש בכלים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היעזרות כוללת הבנה ותרומה אישית, העתקה מגישה תוכן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צריך לבדוק את המידע במקור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לציין בגלוי איך וכמה נעזרתי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השלבים, ההחלטות והקשיים בדרך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הערה ספציפית שעוזרת לשפר את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כדאי לאמת מידע ממקור נוסף.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היעזרות כוללת עיבוד אישי, העתקה לא.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הדף מדגיש מעבר מתוצר לתהליך - שניהם חשובים.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רפלקציה היא בדיוק מחשבה כזו.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שקיפות דורשת לציין את השימוש.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שקיפות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(מקוריות ויושרה)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(השפעה על תהליך הלמידה)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(שקיפות)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(איכות 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(רפלקציה על התהליך)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היעזרות כוללת הבנה ועיבוד אישי של המידע, למשל שימוש ברעיון וכתיבתו מחדש; העתקה היא הגשת טקסט מוכן בלי שינוי.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משוב שמצביע על הבעיה הספציפית (חוסר שקיפות) ומציע פתרון מעשי, בטון מכבד.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שאלה ועונה באופן אישי, עם נימוק ברור ודוגמה קונקרטית מהניסיון שלו/ה.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שהיעזרות כוללת עיבוד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שצריך לאמת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 להסביר מהי שקיפות ומדוע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שיעור בסיבוב על גלגל הקלפים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דוגמאות אישיות מהניסיון של התלמידים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והדיון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שימוש נבון ב-AI בעבודות לימודיות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חשיבה על השימוש ב-AI בעבודות בית ספר, דרך שאלות דיון שעוסקות במקוריות, שקיפות, תהליך למידה ומשוב. המטרה היא ללמוד להשתמש בכלים בצורה אחראית ולהבין מה באמת נשאר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היעזרות ב-AI לבין העתקה?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היעזרות כוללת הבנה ותרומה אישית, העתקה מגישה תוכן מוכן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העתקה תמיד מהירה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היעזרות אסורה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AI עונה בביטחון רב, האם זה אומר שהתשובה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צריך לבדוק את המידע במקור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זה נושא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המורה אישר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שקיפות בשימוש ב-AI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להסתיר את השימוש בכלי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לציין בגלוי איך וכמה נעזרתי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הכל מחדש בלי לציין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רלוונטי לעבודות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יכול ללמד אותנו הכי הרבה בעבודה?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הציון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השלבים, ההחלטות והקשיים בדרך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זמן לקח להגיש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איזה כלי השתמשנו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משוב מועיל?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 כללית בלי 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הערה ספציפית שעוזרת לשפר את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מחמאות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ציון מספרי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AI נתן תשובה, אין צורך לבדוק אותה 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היעזרות ברעיונות מ-AI שונה מהעתקת טקסט מוכן.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בעידן ה-AI, תהליך העבודה חשוב פחות מהתוצר הסופי.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רפלקציה יכולה לכלול מחשבה על החלטות שקיבלנו תוך כדי העבודה.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לציין כלל שימוש ב-AI בעבודה.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בין היעזרות להעתקה תלוי במידת התרומה האישית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לבדוק אם תשובת AI נכונה, צריך __________ אותה במקור נוסף.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משוב __________ עוזר לנו לשפר את העבודה בצורה ממוקדת.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היא מחשבה על מה שלמדנו ואיך עבדנו במהלך המשימה.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ציון בגלוי של השימוש ב-AI בעבודה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מה ההבדל בין להיעזר לבין להעתיק?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איכות 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 שינה ה-AI את הדרך שבה אני לומד/ת?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רפלקציה על התהליך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 צריך לציין כל שימוש ב-AI?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השפעה על תהליך הלמידה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 מבדיל משוב מועיל ממשוב לא מועיל?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מקוריות ויושרה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איזה שלב בעבודה הכי לימד אותי?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שקיפות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ההבדל בין להיעזר ב-AI לבין להעתיק, ותנו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נסחו משוב מועיל לחבר/ה שהגישו עבודה שנעזרה הרבה ב-AI בלי לציין 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משאלות גלגל הקלפים וכתבו תשובה אישית מנומקת, עם דוגמה מהחיים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היעזרות להעתקה?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לבדוק תשובות של AI גם כשהן נשמעות בטוחות?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שקיפות ולמה היא חשובה בעבודה עם AI?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שימוש נבון ב-AI בעבודות לימודיות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