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שימוש נבון ב-AI בעבודות לימודיות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היעזרות אחראית ב-AI לבין העתקה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רפלקציה על תהליך העבודה ולא רק על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משוב מועיל ושקיפות בשימוש בכלים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היעזרות כוללת הבנה ותרומה אישית, העתקה מגישה תוכן מוכן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צריך לבדוק את המידע במקור נוסף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תמיד כדאי לאמת מידע ממקור נוסף.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היעזרות כוללת עיבוד אישי, העתקה לא.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(מקוריות ויושרה)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(השפעה על תהליך הלמידה)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(שקיפות)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(איכות משוב)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תשובה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היעזרות כוללת הבנה ועיבוד אישי של המידע, למשל שימוש ברעיון וכתיבתו מחדש; העתקה היא הגשת טקסט מוכן בלי שינוי.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שהיעזרות כוללת עיבוד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 שצריך לאמת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יודע להסביר מהי שקיפות ומדוע חשובה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בסיבוב על גלגל הקלפים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דוגמאות אישיות מהניסיון של התלמידים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לעבוד בזוגות על חלק ההתאמה והדיון כדי לעודד שיח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שימוש נבון ב-AI בעבודות לימודיות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חשיבה על השימוש ב-AI בעבודות בית ספר, דרך שאלות דיון שעוסקות במקוריות, שקיפות, תהליך למידה ומשוב. המטרה היא ללמוד להשתמש בכלים בצורה אחראית ולהבין מה באמת נשאר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לאמת  ·  הבדל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ההבדל העיקרי בין היעזרות ב-AI לבין העתקה?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אין הבדל אמיתי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היעזרות כוללת הבנה ותרומה אישית, העתקה מגישה תוכן מוכן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העתקה תמיד מהירה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אם AI עונה בביטחון רב, האם זה אומר שהתשובה נכונה?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לא, צריך לבדוק את המידע במקור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אם זה נושא קל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AI נתן תשובה, אין צורך לבדוק אותה 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היעזרות ברעיונות מ-AI שונה מהעתקת טקסט מוכן.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בין היעזרות להעתקה תלוי במידת התרומה האישית שלנו.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לבדוק אם תשובת AI נכונה, צריך __________ אותה במקור נוסף.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מה ההבדל בין להיעזר לבין להעתיק?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איכות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איך שינה ה-AI את הדרך שבה אני לומד/ת?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שקיפות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האם צריך לציין כל שימוש ב-AI?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השפעה על תהליך הלמידה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מה מבדיל משוב מועיל ממשוב לא מועיל?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מקוריות ויושרה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תשובה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את ההבדל בין להיעזר ב-AI לבין להעתיק, ותנו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היעזרות להעתקה?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לבדוק תשובות של AI גם כשהן נשמעות בטוחות?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שימוש נבון ב-AI בעבודות לימודיות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